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F94FC" w14:textId="297BF14C" w:rsidR="001F6018" w:rsidRPr="00C91C5C" w:rsidRDefault="001F6018" w:rsidP="5A9BCA41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4AEABD" w14:textId="1A237808" w:rsidR="001F6018" w:rsidRPr="00C91C5C" w:rsidRDefault="77AF615B" w:rsidP="5A9BCA41">
      <w:pPr>
        <w:spacing w:after="160" w:line="257" w:lineRule="auto"/>
        <w:ind w:left="43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Būvniecības valsts kontroles birojam</w:t>
      </w:r>
    </w:p>
    <w:p w14:paraId="5B48C39A" w14:textId="599F7321" w:rsidR="001F6018" w:rsidRPr="00C91C5C" w:rsidRDefault="77AF615B" w:rsidP="5A9BCA41">
      <w:pPr>
        <w:spacing w:after="16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>K. Valdemāra iela 157, Rīga, LV – 1013</w:t>
      </w:r>
    </w:p>
    <w:p w14:paraId="6928430D" w14:textId="2C1A2955" w:rsidR="001F6018" w:rsidRPr="00C91C5C" w:rsidRDefault="77AF615B" w:rsidP="5A9BCA41">
      <w:pPr>
        <w:spacing w:after="16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fldChar w:fldCharType="begin"/>
      </w:r>
      <w:r w:rsidRPr="008B747F">
        <w:rPr>
          <w:lang w:val="pt-PT"/>
        </w:rPr>
        <w:instrText>HYPERLINK "https://www.latvija.lv/lv/Eaddress/write?address=_default@90010386959" \h</w:instrText>
      </w:r>
      <w:r>
        <w:fldChar w:fldCharType="separate"/>
      </w:r>
      <w:r w:rsidRPr="5A9BCA41">
        <w:rPr>
          <w:rStyle w:val="Hyperlink"/>
          <w:rFonts w:ascii="Times New Roman" w:eastAsia="Times New Roman" w:hAnsi="Times New Roman" w:cs="Times New Roman"/>
          <w:color w:val="0563C1"/>
          <w:sz w:val="24"/>
          <w:szCs w:val="24"/>
          <w:lang w:val="pt-PT"/>
        </w:rPr>
        <w:t>E-adrese</w:t>
      </w:r>
      <w:r>
        <w:fldChar w:fldCharType="end"/>
      </w: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>;</w:t>
      </w:r>
    </w:p>
    <w:p w14:paraId="3326B1E1" w14:textId="2C1198C7" w:rsidR="001F6018" w:rsidRPr="002E7206" w:rsidRDefault="77AF615B" w:rsidP="5A9BCA41">
      <w:pPr>
        <w:spacing w:after="16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fldChar w:fldCharType="begin"/>
      </w:r>
      <w:r w:rsidRPr="008B747F">
        <w:rPr>
          <w:lang w:val="pt-PT"/>
        </w:rPr>
        <w:instrText>HYPERLINK "mailto:pasts@bvkb.gov.lv" \h</w:instrText>
      </w:r>
      <w:r>
        <w:fldChar w:fldCharType="separate"/>
      </w:r>
      <w:r w:rsidRPr="5A9BCA41">
        <w:rPr>
          <w:rStyle w:val="Hyperlink"/>
          <w:rFonts w:ascii="Times New Roman" w:eastAsia="Times New Roman" w:hAnsi="Times New Roman" w:cs="Times New Roman"/>
          <w:color w:val="0563C1"/>
          <w:sz w:val="24"/>
          <w:szCs w:val="24"/>
          <w:lang w:val="pt-PT"/>
        </w:rPr>
        <w:t>pasts@bvkb.gov.lv</w:t>
      </w:r>
      <w:r>
        <w:fldChar w:fldCharType="end"/>
      </w:r>
    </w:p>
    <w:p w14:paraId="2983DE1E" w14:textId="7A371D20" w:rsidR="001F6018" w:rsidRPr="00C91C5C" w:rsidRDefault="77AF615B" w:rsidP="5A9BCA41">
      <w:pPr>
        <w:spacing w:after="16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359D48F1" w14:textId="18333102" w:rsidR="001F6018" w:rsidRPr="00C91C5C" w:rsidRDefault="77AF615B" w:rsidP="5A9BCA41">
      <w:pPr>
        <w:pBdr>
          <w:bottom w:val="single" w:sz="8" w:space="1" w:color="000000"/>
        </w:pBdr>
        <w:spacing w:after="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AE8DF81" w14:textId="1C5FC51F" w:rsidR="001F6018" w:rsidRPr="00C91C5C" w:rsidRDefault="1B7E33FB" w:rsidP="5A9BCA41">
      <w:pPr>
        <w:spacing w:after="0" w:line="257" w:lineRule="auto"/>
        <w:ind w:left="5245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  <w:r w:rsidRPr="5A9BCA41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 xml:space="preserve"> Iesniedzēja </w:t>
      </w:r>
      <w:r w:rsidR="77AF615B" w:rsidRPr="5A9BCA41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vārds, uzvārds</w:t>
      </w:r>
    </w:p>
    <w:p w14:paraId="48993BE0" w14:textId="2E1C4332" w:rsidR="001F6018" w:rsidRPr="00C91C5C" w:rsidRDefault="77AF615B" w:rsidP="5A9BCA41">
      <w:pPr>
        <w:pBdr>
          <w:bottom w:val="single" w:sz="8" w:space="1" w:color="000000"/>
        </w:pBdr>
        <w:spacing w:after="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55E0E58" w14:textId="77009E6F" w:rsidR="001F6018" w:rsidRPr="00C91C5C" w:rsidRDefault="77AF615B" w:rsidP="5A9BCA41">
      <w:pPr>
        <w:spacing w:after="0" w:line="257" w:lineRule="auto"/>
        <w:ind w:left="5245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  <w:r w:rsidRPr="5A9BCA41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personas kods</w:t>
      </w:r>
    </w:p>
    <w:p w14:paraId="6EF4A21C" w14:textId="760781CF" w:rsidR="001F6018" w:rsidRPr="00C91C5C" w:rsidRDefault="77AF615B" w:rsidP="5A9BCA41">
      <w:pPr>
        <w:pBdr>
          <w:bottom w:val="single" w:sz="8" w:space="1" w:color="000000"/>
        </w:pBdr>
        <w:spacing w:after="0" w:line="257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368E7421" w14:textId="646D91CB" w:rsidR="001F6018" w:rsidRPr="00C91C5C" w:rsidRDefault="77AF615B" w:rsidP="5A9BCA41">
      <w:pPr>
        <w:spacing w:after="160" w:line="257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  <w:r w:rsidRPr="5A9BCA41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 xml:space="preserve">                                                                                               e-pasta adrese vai e-Adrese, vai adrese, kontakttālrunis</w:t>
      </w:r>
    </w:p>
    <w:p w14:paraId="096AABD7" w14:textId="51E96712" w:rsidR="001F6018" w:rsidRPr="00C91C5C" w:rsidRDefault="001F6018" w:rsidP="5A9BCA41">
      <w:pPr>
        <w:spacing w:after="160" w:line="257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</w:p>
    <w:p w14:paraId="5C4F03E9" w14:textId="77777777" w:rsidR="001F6018" w:rsidRPr="00C91C5C" w:rsidRDefault="1F08C907" w:rsidP="5A9BCA41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IESNIEGUMS</w:t>
      </w:r>
    </w:p>
    <w:p w14:paraId="5E55F34F" w14:textId="77777777" w:rsidR="001F6018" w:rsidRPr="00C91C5C" w:rsidRDefault="1F08C907" w:rsidP="5A9BCA41">
      <w:pPr>
        <w:spacing w:after="200"/>
        <w:jc w:val="center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par aizsargātā lietotāja atbalsta piešķiršanu daudzbērnu ģimenei,</w:t>
      </w:r>
      <w:r w:rsidR="004F1409" w:rsidRPr="002E7206">
        <w:rPr>
          <w:lang w:val="pt-PT"/>
        </w:rPr>
        <w:br/>
      </w:r>
      <w:r w:rsidRPr="5A9BCA41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ja bērns pilda valsts aizsardzības dienestu</w:t>
      </w:r>
    </w:p>
    <w:p w14:paraId="22640C98" w14:textId="77777777" w:rsidR="001F6018" w:rsidRPr="00C91C5C" w:rsidRDefault="1F08C907" w:rsidP="5A9BCA41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Pamatojoties uz Ministru kabineta 2021. gada 1. jūnija noteikumu Nr. 345 </w:t>
      </w:r>
      <w:r w:rsidRPr="5A9BCA41">
        <w:rPr>
          <w:rFonts w:ascii="Times New Roman" w:eastAsia="Times New Roman" w:hAnsi="Times New Roman" w:cs="Times New Roman"/>
          <w:i/>
          <w:iCs/>
          <w:sz w:val="24"/>
          <w:szCs w:val="24"/>
          <w:lang w:val="pt-PT"/>
        </w:rPr>
        <w:t>“Aizsargātā lietotāja tirdzniecības pakalpojuma noteikumi”</w:t>
      </w: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7.2. apakšpunktu un 19.1.1. apakšpunktu, lūdzu piešķirt aizsargātā lietotāja atbalstu daudzbērnu ģimenei, kurā bērns līdz 24 gadu vecumam 11 mēnešus pilda valsts aizsardzības dienestu.</w:t>
      </w:r>
    </w:p>
    <w:p w14:paraId="287DAB72" w14:textId="2DF85036" w:rsidR="001F6018" w:rsidRPr="002E7206" w:rsidRDefault="0D88AF89" w:rsidP="5A9BCA41">
      <w:pPr>
        <w:spacing w:after="160" w:line="257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2E7206">
        <w:rPr>
          <w:rFonts w:ascii="Times New Roman" w:eastAsia="Times New Roman" w:hAnsi="Times New Roman" w:cs="Times New Roman"/>
          <w:sz w:val="24"/>
          <w:szCs w:val="24"/>
          <w:lang w:val="pt-PT"/>
        </w:rPr>
        <w:t>Ģimenes sastāvā ir bērni:</w:t>
      </w:r>
    </w:p>
    <w:p w14:paraId="11E902B4" w14:textId="7BAE3DFA" w:rsidR="001F6018" w:rsidRPr="002E7206" w:rsidRDefault="0D88AF89" w:rsidP="5A9BCA41">
      <w:pPr>
        <w:pBdr>
          <w:bottom w:val="single" w:sz="8" w:space="1" w:color="000000"/>
        </w:pBdr>
        <w:spacing w:after="0" w:line="257" w:lineRule="auto"/>
        <w:ind w:left="851" w:right="84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2E7206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14E8F18E" w14:textId="6ABD29DD" w:rsidR="001F6018" w:rsidRPr="002E7206" w:rsidRDefault="004B75DA" w:rsidP="002E7206">
      <w:pPr>
        <w:spacing w:after="0" w:line="257" w:lineRule="auto"/>
        <w:ind w:left="851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 xml:space="preserve">norādot katra </w:t>
      </w:r>
      <w:r w:rsidR="0D88AF89" w:rsidRPr="002E7206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bērn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 xml:space="preserve">a </w:t>
      </w:r>
      <w:r w:rsidR="0D88AF89" w:rsidRPr="002E7206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vārd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u</w:t>
      </w:r>
      <w:r w:rsidR="0D88AF89" w:rsidRPr="002E7206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, uzvārd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u,</w:t>
      </w:r>
      <w:r w:rsidRPr="004B75D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personas kodu</w:t>
      </w:r>
    </w:p>
    <w:p w14:paraId="65D64901" w14:textId="0C98DB27" w:rsidR="001F6018" w:rsidRPr="00C91C5C" w:rsidRDefault="0D88AF89" w:rsidP="5A9BCA41">
      <w:pPr>
        <w:spacing w:after="160" w:line="257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color w:val="212529"/>
          <w:sz w:val="24"/>
          <w:szCs w:val="24"/>
          <w:lang w:val="pt-PT"/>
        </w:rPr>
        <w:t>M</w:t>
      </w: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aksājuma samazinājumu lūdzu attiecināt uz </w:t>
      </w:r>
      <w:r w:rsidR="004B75D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elektroenerģijas tirdzniecības </w:t>
      </w: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>līgumu, kas noslēgts ar elektroenerģijas tirgotāju:</w:t>
      </w:r>
    </w:p>
    <w:p w14:paraId="63889A32" w14:textId="2F8C3DE7" w:rsidR="001F6018" w:rsidRPr="00C91C5C" w:rsidRDefault="0D88AF89" w:rsidP="5A9BCA41">
      <w:pPr>
        <w:pBdr>
          <w:bottom w:val="single" w:sz="8" w:space="1" w:color="000000"/>
        </w:pBdr>
        <w:spacing w:after="0" w:line="257" w:lineRule="auto"/>
        <w:ind w:left="851" w:right="5045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5A9BCA4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0DD20C08" w14:textId="484BFDF5" w:rsidR="001F6018" w:rsidRPr="008B747F" w:rsidRDefault="0D88AF89" w:rsidP="5A9BCA41">
      <w:pPr>
        <w:spacing w:after="0" w:line="257" w:lineRule="auto"/>
        <w:ind w:left="851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  <w:r w:rsidRPr="008B747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līguma Nr.</w:t>
      </w:r>
    </w:p>
    <w:p w14:paraId="27237A63" w14:textId="469856FA" w:rsidR="001F6018" w:rsidRPr="008B747F" w:rsidRDefault="0D88AF89" w:rsidP="5A9BCA41">
      <w:pPr>
        <w:pBdr>
          <w:bottom w:val="single" w:sz="8" w:space="1" w:color="000000"/>
        </w:pBdr>
        <w:spacing w:after="0" w:line="257" w:lineRule="auto"/>
        <w:ind w:left="851" w:right="5045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8B747F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30C61D0" w14:textId="56504624" w:rsidR="001F6018" w:rsidRPr="008B747F" w:rsidRDefault="0D88AF89" w:rsidP="5A9BCA41">
      <w:pPr>
        <w:spacing w:after="0" w:line="257" w:lineRule="auto"/>
        <w:ind w:left="851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</w:pPr>
      <w:r w:rsidRPr="008B747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pt-PT"/>
        </w:rPr>
        <w:t>tirgotāja nosaukums</w:t>
      </w:r>
    </w:p>
    <w:p w14:paraId="56B1636B" w14:textId="058574A6" w:rsidR="001F6018" w:rsidRPr="008B747F" w:rsidRDefault="0D88AF89" w:rsidP="5A9BCA41">
      <w:pPr>
        <w:spacing w:after="160" w:line="257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8B747F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E3FEE8A" w14:textId="74DF62E4" w:rsidR="001F6018" w:rsidRPr="008B747F" w:rsidRDefault="00C25872" w:rsidP="002E7206">
      <w:pPr>
        <w:spacing w:after="100"/>
        <w:ind w:left="227" w:hanging="227"/>
        <w:jc w:val="both"/>
        <w:rPr>
          <w:lang w:val="pt-PT"/>
        </w:rPr>
      </w:pPr>
      <w:r w:rsidRPr="00CE092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B747F">
        <w:rPr>
          <w:lang w:val="pt-PT"/>
        </w:rPr>
        <w:instrText xml:space="preserve"> FORMCHECKBOX </w:instrText>
      </w:r>
      <w:r w:rsidRPr="00CE0927">
        <w:fldChar w:fldCharType="separate"/>
      </w:r>
      <w:r w:rsidRPr="00CE0927">
        <w:fldChar w:fldCharType="end"/>
      </w:r>
      <w:r w:rsidRPr="008B747F">
        <w:rPr>
          <w:lang w:val="pt-PT"/>
        </w:rPr>
        <w:t xml:space="preserve"> </w:t>
      </w:r>
      <w:r w:rsidR="6B14C32E" w:rsidRPr="008B747F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="6B14C32E" w:rsidRPr="008B747F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Apliecinu, </w:t>
      </w:r>
      <w:r w:rsidR="78867107" w:rsidRPr="008B747F">
        <w:rPr>
          <w:rFonts w:ascii="Times New Roman" w:eastAsia="Times New Roman" w:hAnsi="Times New Roman" w:cs="Times New Roman"/>
          <w:sz w:val="24"/>
          <w:szCs w:val="24"/>
          <w:lang w:val="pt-PT"/>
        </w:rPr>
        <w:t>ka manā ģimenē bērns līdz 24 gadu vecumam laika periodā no __________ līdz __________ pilda valsts aizsardzības dienestu, kā arī apliecinu, ka iesniegumā norādītā informācija ir patiesa un pilnīga.</w:t>
      </w:r>
    </w:p>
    <w:p w14:paraId="4BF0E236" w14:textId="3AF82232" w:rsidR="00C80D29" w:rsidRPr="008B747F" w:rsidRDefault="00C25872" w:rsidP="5A9BCA41">
      <w:pPr>
        <w:spacing w:after="100"/>
        <w:ind w:left="227" w:hanging="227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E092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B747F">
        <w:rPr>
          <w:lang w:val="pt-PT"/>
        </w:rPr>
        <w:instrText xml:space="preserve"> FORMCHECKBOX </w:instrText>
      </w:r>
      <w:r w:rsidRPr="00CE0927">
        <w:fldChar w:fldCharType="separate"/>
      </w:r>
      <w:r w:rsidRPr="00CE0927">
        <w:fldChar w:fldCharType="end"/>
      </w:r>
      <w:r w:rsidRPr="008B747F">
        <w:rPr>
          <w:lang w:val="pt-PT"/>
        </w:rPr>
        <w:t xml:space="preserve"> </w:t>
      </w:r>
      <w:r w:rsidR="6B14C32E" w:rsidRPr="008B747F">
        <w:rPr>
          <w:rFonts w:ascii="Times New Roman" w:eastAsia="Times New Roman" w:hAnsi="Times New Roman" w:cs="Times New Roman"/>
          <w:sz w:val="24"/>
          <w:szCs w:val="24"/>
          <w:lang w:val="pt-PT"/>
        </w:rPr>
        <w:t>Apliecinu, ka informēšu Būvniecības valsts kontroles biroju, ja bērns pārtrauks Valsts aizsardzības dienestu pirms noteiktā termiņa beigām.</w:t>
      </w:r>
    </w:p>
    <w:p w14:paraId="27D8BC0E" w14:textId="77777777" w:rsidR="00C80D29" w:rsidRPr="008B747F" w:rsidRDefault="00C80D29" w:rsidP="5A9BCA41">
      <w:pPr>
        <w:spacing w:after="100"/>
        <w:ind w:left="227" w:hanging="227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tbl>
      <w:tblPr>
        <w:tblW w:w="9649" w:type="dxa"/>
        <w:jc w:val="center"/>
        <w:tblLayout w:type="fixed"/>
        <w:tblLook w:val="04A0" w:firstRow="1" w:lastRow="0" w:firstColumn="1" w:lastColumn="0" w:noHBand="0" w:noVBand="1"/>
      </w:tblPr>
      <w:tblGrid>
        <w:gridCol w:w="9649"/>
      </w:tblGrid>
      <w:tr w:rsidR="001F6018" w:rsidRPr="00C25872" w14:paraId="6D63C485" w14:textId="77777777" w:rsidTr="5A9BCA41">
        <w:trPr>
          <w:jc w:val="center"/>
        </w:trPr>
        <w:tc>
          <w:tcPr>
            <w:tcW w:w="9649" w:type="dxa"/>
            <w:shd w:val="clear" w:color="auto" w:fill="F3F6F8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5AF08D7" w14:textId="5F1C2894" w:rsidR="001F6018" w:rsidRPr="00B411D3" w:rsidRDefault="1F08C907" w:rsidP="004B75DA">
            <w:pPr>
              <w:tabs>
                <w:tab w:val="center" w:pos="4664"/>
              </w:tabs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1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Piezīme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par datu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pārbaudi</w:t>
            </w:r>
            <w:proofErr w:type="spellEnd"/>
            <w:r w:rsidR="004B7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3E57FB95" w14:textId="28F09971" w:rsidR="001F6018" w:rsidRPr="00B411D3" w:rsidRDefault="1F08C907" w:rsidP="5A9BCA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267D4587" w14:textId="58331A19" w:rsidR="001F6018" w:rsidRPr="00B411D3" w:rsidRDefault="2798AC87" w:rsidP="5A9BCA41">
            <w:pPr>
              <w:spacing w:after="0"/>
              <w:jc w:val="both"/>
            </w:pPr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iesniedzēja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rīcībā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izziņa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bērna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Valsts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aizsardzības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dienesta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pildīšanu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 var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pievienot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iesniegumam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kā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pielikumu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A24B8" w14:textId="56DC2C7D" w:rsidR="001F6018" w:rsidRPr="00B411D3" w:rsidRDefault="001F6018" w:rsidP="5A9BCA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9C0C97" w14:textId="12C4E079" w:rsidR="001F6018" w:rsidRPr="00B411D3" w:rsidRDefault="0C49592E" w:rsidP="5A9BCA41">
            <w:pPr>
              <w:spacing w:after="0"/>
              <w:jc w:val="both"/>
            </w:pP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Birojs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iesniegumu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izskata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piecu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darbdienu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laikā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>izsargātā</w:t>
            </w:r>
            <w:proofErr w:type="spellEnd"/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>lietotāja</w:t>
            </w:r>
            <w:proofErr w:type="spellEnd"/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datu </w:t>
            </w:r>
            <w:proofErr w:type="spellStart"/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informācijas</w:t>
            </w:r>
            <w:proofErr w:type="spellEnd"/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>sistēmā</w:t>
            </w:r>
            <w:proofErr w:type="spellEnd"/>
            <w:r w:rsid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>ALDIS)</w:t>
            </w:r>
            <w:r w:rsidR="00963C16" w:rsidRP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ievada</w:t>
            </w:r>
            <w:proofErr w:type="spellEnd"/>
            <w:proofErr w:type="gram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iesniedzēja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vārdu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uzvārdu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personas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kodu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pieņemot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iesniegumā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norādīto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patiesu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un to</w:t>
            </w:r>
            <w:proofErr w:type="gram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nepārbaudot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citos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valsts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datu </w:t>
            </w:r>
            <w:proofErr w:type="spellStart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reģistros</w:t>
            </w:r>
            <w:proofErr w:type="spellEnd"/>
            <w:r w:rsidRPr="00B411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2D860" w14:textId="67B45400" w:rsidR="001F6018" w:rsidRPr="00B411D3" w:rsidRDefault="001F6018" w:rsidP="5A9BCA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7726DE" w14:textId="77777777" w:rsidR="001F6018" w:rsidRPr="00B411D3" w:rsidRDefault="001F6018" w:rsidP="5A9BCA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F1A75B" w14:textId="2A378492" w:rsidR="6F943D7C" w:rsidRPr="00B411D3" w:rsidRDefault="6F943D7C" w:rsidP="5A9BCA41">
      <w:pPr>
        <w:spacing w:after="0"/>
        <w:jc w:val="both"/>
      </w:pPr>
      <w:proofErr w:type="spellStart"/>
      <w:r w:rsidRPr="00B411D3">
        <w:rPr>
          <w:rFonts w:ascii="Times New Roman" w:eastAsia="Times New Roman" w:hAnsi="Times New Roman" w:cs="Times New Roman"/>
          <w:sz w:val="24"/>
          <w:szCs w:val="24"/>
        </w:rPr>
        <w:t>Uzziņai</w:t>
      </w:r>
      <w:proofErr w:type="spellEnd"/>
      <w:r w:rsidRPr="00B411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ģimenei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nav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sava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elektroenerģijas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tirdzniecības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līguma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vienam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vecākiem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nepieciešams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reģistrēties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kā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apakšlietotājam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pie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līguma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kas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nodrošina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elektroenerģijas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piegādi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mājsaimniecībai</w:t>
      </w:r>
      <w:proofErr w:type="spellEnd"/>
      <w:r w:rsidR="572078D4" w:rsidRPr="00B411D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572078D4" w:rsidRPr="00B4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F94C49" w14:textId="5F6B6CEA" w:rsidR="5A9BCA41" w:rsidRPr="00B411D3" w:rsidRDefault="5A9BCA41" w:rsidP="5A9BC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54EF77" w14:textId="145AFE70" w:rsidR="5A9BCA41" w:rsidRPr="00B411D3" w:rsidRDefault="5A9BCA41" w:rsidP="5A9BCA41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1F6018" w:rsidRPr="00C91C5C" w14:paraId="0BA865DA" w14:textId="77777777" w:rsidTr="5A9BCA41">
        <w:trPr>
          <w:jc w:val="center"/>
        </w:trPr>
        <w:tc>
          <w:tcPr>
            <w:tcW w:w="4873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11AD291" w14:textId="77777777" w:rsidR="001F6018" w:rsidRPr="00C91C5C" w:rsidRDefault="1F08C907" w:rsidP="5A9BCA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A9BCA41">
              <w:rPr>
                <w:rFonts w:ascii="Times New Roman" w:eastAsia="Times New Roman" w:hAnsi="Times New Roman" w:cs="Times New Roman"/>
                <w:sz w:val="24"/>
                <w:szCs w:val="24"/>
              </w:rPr>
              <w:t>Datums: __________________________</w:t>
            </w:r>
          </w:p>
        </w:tc>
        <w:tc>
          <w:tcPr>
            <w:tcW w:w="4873" w:type="dxa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D0CB5D5" w14:textId="77777777" w:rsidR="001F6018" w:rsidRPr="00C91C5C" w:rsidRDefault="1F08C907" w:rsidP="5A9BCA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A9BCA41">
              <w:rPr>
                <w:rFonts w:ascii="Times New Roman" w:eastAsia="Times New Roman" w:hAnsi="Times New Roman" w:cs="Times New Roman"/>
                <w:sz w:val="24"/>
                <w:szCs w:val="24"/>
              </w:rPr>
              <w:t>Paraksts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________________________</w:t>
            </w:r>
          </w:p>
        </w:tc>
      </w:tr>
      <w:tr w:rsidR="001F6018" w:rsidRPr="00C91C5C" w14:paraId="0D329614" w14:textId="77777777" w:rsidTr="5A9BCA41">
        <w:trPr>
          <w:jc w:val="center"/>
        </w:trPr>
        <w:tc>
          <w:tcPr>
            <w:tcW w:w="9746" w:type="dxa"/>
            <w:gridSpan w:val="2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6581BE2" w14:textId="77777777" w:rsidR="001F6018" w:rsidRPr="00C91C5C" w:rsidRDefault="1F08C907" w:rsidP="5A9BCA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(datums un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paraksts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nav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nepieciešams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, ja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iesniegums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parakstīts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ar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drošu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elektronisko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parakstu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un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satur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laika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 xml:space="preserve"> </w:t>
            </w:r>
            <w:proofErr w:type="spellStart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zīmogu</w:t>
            </w:r>
            <w:proofErr w:type="spellEnd"/>
            <w:r w:rsidRPr="5A9BCA41">
              <w:rPr>
                <w:rFonts w:ascii="Times New Roman" w:eastAsia="Times New Roman" w:hAnsi="Times New Roman" w:cs="Times New Roman"/>
                <w:i/>
                <w:iCs/>
                <w:color w:val="5A5A5A"/>
                <w:sz w:val="24"/>
                <w:szCs w:val="24"/>
              </w:rPr>
              <w:t>)</w:t>
            </w:r>
          </w:p>
        </w:tc>
      </w:tr>
    </w:tbl>
    <w:p w14:paraId="69D9DEB1" w14:textId="77777777" w:rsidR="004F1409" w:rsidRDefault="004F1409"/>
    <w:sectPr w:rsidR="004F1409" w:rsidSect="00034616">
      <w:headerReference w:type="default" r:id="rId8"/>
      <w:pgSz w:w="12240" w:h="15840"/>
      <w:pgMar w:top="935" w:right="1247" w:bottom="935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A9BD" w14:textId="77777777" w:rsidR="002F0C02" w:rsidRDefault="002F0C02">
      <w:pPr>
        <w:spacing w:after="0" w:line="240" w:lineRule="auto"/>
      </w:pPr>
      <w:r>
        <w:separator/>
      </w:r>
    </w:p>
  </w:endnote>
  <w:endnote w:type="continuationSeparator" w:id="0">
    <w:p w14:paraId="233AD68F" w14:textId="77777777" w:rsidR="002F0C02" w:rsidRDefault="002F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0B558" w14:textId="77777777" w:rsidR="002F0C02" w:rsidRDefault="002F0C02">
      <w:pPr>
        <w:spacing w:after="0" w:line="240" w:lineRule="auto"/>
      </w:pPr>
      <w:r>
        <w:separator/>
      </w:r>
    </w:p>
  </w:footnote>
  <w:footnote w:type="continuationSeparator" w:id="0">
    <w:p w14:paraId="1785A5CA" w14:textId="77777777" w:rsidR="002F0C02" w:rsidRDefault="002F0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5A9BCA41" w14:paraId="6A731824" w14:textId="77777777" w:rsidTr="5A9BCA41">
      <w:trPr>
        <w:trHeight w:val="300"/>
      </w:trPr>
      <w:tc>
        <w:tcPr>
          <w:tcW w:w="3245" w:type="dxa"/>
        </w:tcPr>
        <w:p w14:paraId="3A0F19F2" w14:textId="31B1A812" w:rsidR="5A9BCA41" w:rsidRDefault="5A9BCA41" w:rsidP="5A9BCA41">
          <w:pPr>
            <w:pStyle w:val="Header"/>
            <w:ind w:left="-115"/>
          </w:pPr>
        </w:p>
      </w:tc>
      <w:tc>
        <w:tcPr>
          <w:tcW w:w="3245" w:type="dxa"/>
        </w:tcPr>
        <w:p w14:paraId="2BDD5DB8" w14:textId="6FD036C1" w:rsidR="5A9BCA41" w:rsidRDefault="5A9BCA41" w:rsidP="5A9BCA41">
          <w:pPr>
            <w:pStyle w:val="Header"/>
            <w:jc w:val="center"/>
          </w:pPr>
        </w:p>
      </w:tc>
      <w:tc>
        <w:tcPr>
          <w:tcW w:w="3245" w:type="dxa"/>
        </w:tcPr>
        <w:p w14:paraId="392618D9" w14:textId="654D62AD" w:rsidR="5A9BCA41" w:rsidRDefault="5A9BCA41" w:rsidP="5A9BCA41">
          <w:pPr>
            <w:pStyle w:val="Header"/>
            <w:ind w:right="-115"/>
            <w:jc w:val="right"/>
          </w:pPr>
        </w:p>
      </w:tc>
    </w:tr>
  </w:tbl>
  <w:p w14:paraId="2D3A24B5" w14:textId="6DD88405" w:rsidR="5A9BCA41" w:rsidRDefault="5A9BCA41" w:rsidP="5A9BCA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3914374">
    <w:abstractNumId w:val="7"/>
  </w:num>
  <w:num w:numId="2" w16cid:durableId="1145466264">
    <w:abstractNumId w:val="8"/>
  </w:num>
  <w:num w:numId="3" w16cid:durableId="1398898393">
    <w:abstractNumId w:val="6"/>
  </w:num>
  <w:num w:numId="4" w16cid:durableId="169805591">
    <w:abstractNumId w:val="1"/>
  </w:num>
  <w:num w:numId="5" w16cid:durableId="1823892235">
    <w:abstractNumId w:val="4"/>
  </w:num>
  <w:num w:numId="6" w16cid:durableId="1902591187">
    <w:abstractNumId w:val="2"/>
  </w:num>
  <w:num w:numId="7" w16cid:durableId="647779903">
    <w:abstractNumId w:val="3"/>
  </w:num>
  <w:num w:numId="8" w16cid:durableId="681202458">
    <w:abstractNumId w:val="0"/>
  </w:num>
  <w:num w:numId="9" w16cid:durableId="880553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059"/>
    <w:rsid w:val="0015074B"/>
    <w:rsid w:val="001F6018"/>
    <w:rsid w:val="002836E5"/>
    <w:rsid w:val="0029639D"/>
    <w:rsid w:val="002A4483"/>
    <w:rsid w:val="002E7206"/>
    <w:rsid w:val="002F0C02"/>
    <w:rsid w:val="00326F90"/>
    <w:rsid w:val="00492E54"/>
    <w:rsid w:val="004B1FCE"/>
    <w:rsid w:val="004B75DA"/>
    <w:rsid w:val="004D481E"/>
    <w:rsid w:val="004F1409"/>
    <w:rsid w:val="00553845"/>
    <w:rsid w:val="00554F3A"/>
    <w:rsid w:val="0068170C"/>
    <w:rsid w:val="00733E82"/>
    <w:rsid w:val="00753E31"/>
    <w:rsid w:val="00772999"/>
    <w:rsid w:val="00773DFD"/>
    <w:rsid w:val="008B747F"/>
    <w:rsid w:val="008E49FE"/>
    <w:rsid w:val="00963C16"/>
    <w:rsid w:val="00A6581C"/>
    <w:rsid w:val="00A70BED"/>
    <w:rsid w:val="00AA1D8D"/>
    <w:rsid w:val="00AB193F"/>
    <w:rsid w:val="00AD7F58"/>
    <w:rsid w:val="00AF3783"/>
    <w:rsid w:val="00B411D3"/>
    <w:rsid w:val="00B47730"/>
    <w:rsid w:val="00C25872"/>
    <w:rsid w:val="00C80D29"/>
    <w:rsid w:val="00C91C5C"/>
    <w:rsid w:val="00CB0664"/>
    <w:rsid w:val="00D40C38"/>
    <w:rsid w:val="00DA62D4"/>
    <w:rsid w:val="00F7008E"/>
    <w:rsid w:val="00FC693F"/>
    <w:rsid w:val="0C49592E"/>
    <w:rsid w:val="0D88AF89"/>
    <w:rsid w:val="0F82FC32"/>
    <w:rsid w:val="10210BBB"/>
    <w:rsid w:val="1B7E33FB"/>
    <w:rsid w:val="1EAF69C7"/>
    <w:rsid w:val="1F08C907"/>
    <w:rsid w:val="21F9B3D8"/>
    <w:rsid w:val="22589FFA"/>
    <w:rsid w:val="2798AC87"/>
    <w:rsid w:val="2D11B255"/>
    <w:rsid w:val="2DE837DB"/>
    <w:rsid w:val="2E1AF630"/>
    <w:rsid w:val="3EF26645"/>
    <w:rsid w:val="3FAD656F"/>
    <w:rsid w:val="4048CEBD"/>
    <w:rsid w:val="4082C64C"/>
    <w:rsid w:val="413B7B8C"/>
    <w:rsid w:val="4A74A25D"/>
    <w:rsid w:val="5069E23D"/>
    <w:rsid w:val="51DE3DFF"/>
    <w:rsid w:val="572078D4"/>
    <w:rsid w:val="5A9BCA41"/>
    <w:rsid w:val="5B72A8BF"/>
    <w:rsid w:val="6029F6EF"/>
    <w:rsid w:val="61706770"/>
    <w:rsid w:val="63230D34"/>
    <w:rsid w:val="65B855A1"/>
    <w:rsid w:val="6B14C32E"/>
    <w:rsid w:val="6CA82FDA"/>
    <w:rsid w:val="6F620942"/>
    <w:rsid w:val="6F943D7C"/>
    <w:rsid w:val="764BDBC5"/>
    <w:rsid w:val="77AF615B"/>
    <w:rsid w:val="77E371E3"/>
    <w:rsid w:val="78867107"/>
    <w:rsid w:val="7935AE98"/>
    <w:rsid w:val="7A15D841"/>
    <w:rsid w:val="7BB8BDF6"/>
    <w:rsid w:val="7C02ED3B"/>
    <w:rsid w:val="7C43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111ACC2"/>
  <w14:defaultImageDpi w14:val="330"/>
  <w15:docId w15:val="{D9BE3B82-1B56-4C21-BB74-130A8F70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90" w:line="247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B1F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FC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A62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Kaulača</dc:creator>
  <cp:keywords/>
  <dc:description>generated by python-docx</dc:description>
  <cp:lastModifiedBy>Guna Eglāja</cp:lastModifiedBy>
  <cp:revision>2</cp:revision>
  <dcterms:created xsi:type="dcterms:W3CDTF">2026-10-13T13:53:00Z</dcterms:created>
  <dcterms:modified xsi:type="dcterms:W3CDTF">2026-10-13T13:53:00Z</dcterms:modified>
  <cp:category/>
</cp:coreProperties>
</file>